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426" w:rsidRPr="00DF07EC" w:rsidRDefault="005E0882">
      <w:pPr>
        <w:ind w:firstLine="0"/>
        <w:jc w:val="center"/>
        <w:rPr>
          <w:sz w:val="22"/>
        </w:rPr>
      </w:pPr>
      <w:r w:rsidRPr="00DF07EC">
        <w:rPr>
          <w:b/>
          <w:sz w:val="22"/>
        </w:rPr>
        <w:t>DOMANDA DI PARTECIPAZIONE</w:t>
      </w:r>
    </w:p>
    <w:p w:rsidR="00331426" w:rsidRPr="00DF07EC" w:rsidRDefault="005E0882">
      <w:pPr>
        <w:ind w:firstLine="0"/>
        <w:jc w:val="center"/>
        <w:rPr>
          <w:sz w:val="22"/>
        </w:rPr>
      </w:pPr>
      <w:r w:rsidRPr="00DF07EC">
        <w:rPr>
          <w:b/>
          <w:sz w:val="22"/>
        </w:rPr>
        <w:t>DICHIARAZIONE SOSTITUTIVA AI SENSI DEL D.P.R. 28 DICEMBRE 2000, N. 445</w:t>
      </w:r>
    </w:p>
    <w:p w:rsidR="00331426" w:rsidRPr="00DF07EC" w:rsidRDefault="005E0882">
      <w:pPr>
        <w:ind w:firstLine="0"/>
        <w:jc w:val="center"/>
        <w:rPr>
          <w:sz w:val="22"/>
        </w:rPr>
      </w:pPr>
      <w:r w:rsidRPr="00DF07EC">
        <w:rPr>
          <w:i/>
          <w:sz w:val="22"/>
        </w:rPr>
        <w:t>Iscrizione agli elenchi di operatori economici per l'affidamento dei servizi di istruttore di guida e/o insegnante di teoria di autoscuola - ACIGENOVA SERVICE</w:t>
      </w:r>
      <w:r w:rsidRPr="00DF07EC">
        <w:rPr>
          <w:i/>
          <w:sz w:val="22"/>
        </w:rPr>
        <w:t xml:space="preserve"> Srl</w:t>
      </w:r>
    </w:p>
    <w:p w:rsidR="00331426" w:rsidRPr="00DF07EC" w:rsidRDefault="00331426">
      <w:pPr>
        <w:ind w:firstLine="0"/>
        <w:rPr>
          <w:sz w:val="22"/>
        </w:rPr>
      </w:pP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Alla Cortese attenzione di ACIGENOVA SERVICE Srl - Viale Brigate Partigiane n. 1/A - 16129 Genova - PEC: acigenovaservice@pec.aci.it</w:t>
      </w:r>
    </w:p>
    <w:p w:rsidR="00331426" w:rsidRPr="00DF07EC" w:rsidRDefault="00331426">
      <w:pPr>
        <w:ind w:firstLine="0"/>
        <w:rPr>
          <w:sz w:val="22"/>
        </w:rPr>
      </w:pP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In data [____], il/la sottoscritto/a [____], nato/a a [____] il [____], residente in [____], nella sua qualità di [_</w:t>
      </w:r>
      <w:r w:rsidRPr="00DF07EC">
        <w:rPr>
          <w:sz w:val="22"/>
        </w:rPr>
        <w:t>___] (eventuale procura generale/speciale n. rep. [____] del [____]),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ai sensi del D.P.R. 445/2000 e consapevole della responsabilità penale in caso di dichiarazioni mendaci e delle relative sanzioni di cui all'art. 76 del medesimo D.P.R.,</w:t>
      </w:r>
    </w:p>
    <w:p w:rsidR="00331426" w:rsidRPr="00DF07EC" w:rsidRDefault="005E0882">
      <w:pPr>
        <w:ind w:firstLine="0"/>
        <w:jc w:val="center"/>
        <w:rPr>
          <w:sz w:val="22"/>
        </w:rPr>
      </w:pPr>
      <w:r w:rsidRPr="00DF07EC">
        <w:rPr>
          <w:b/>
          <w:sz w:val="22"/>
        </w:rPr>
        <w:t>DICHIARA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b/>
          <w:sz w:val="22"/>
        </w:rPr>
        <w:t>Paragra</w:t>
      </w:r>
      <w:r w:rsidRPr="00DF07EC">
        <w:rPr>
          <w:b/>
          <w:sz w:val="22"/>
        </w:rPr>
        <w:t>fo 1 - Elenco/i per cui si chiede l'iscrizione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□  di chiedere l'iscrizione all'elenco “ISTRUTTORI DI GUIDA”;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□  di chiedere l'iscrizione all'elenco “INSEGNANTI DI TEORIA”;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i/>
          <w:sz w:val="22"/>
        </w:rPr>
        <w:t>(barrare la casella o le caselle di interesse)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b/>
          <w:sz w:val="22"/>
        </w:rPr>
        <w:t>Paragrafo 2 - Dati generali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2.1 denom</w:t>
      </w:r>
      <w:r w:rsidRPr="00DF07EC">
        <w:rPr>
          <w:sz w:val="22"/>
        </w:rPr>
        <w:t>inazione o ragione sociale (se operatore economico costituito in forma di impresa) [____]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2.2 sede legale/domicilio professionale [____]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2.3 telefono [____] e-mail [____] PEC [____]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2.4 codice fiscale [____] partita IVA (se posseduta) [____]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2.5 n. iscrizi</w:t>
      </w:r>
      <w:r w:rsidRPr="00DF07EC">
        <w:rPr>
          <w:sz w:val="22"/>
        </w:rPr>
        <w:t>one registro imprese [____] presso [____] (se applicabile)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2.6 posizione INPS [____] posizione INAIL [____] (se applicabile)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2.7 CCNL applicato, se dipendente di autoscuola o centro di istruzione automobilistica [____]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b/>
          <w:sz w:val="22"/>
        </w:rPr>
        <w:t>Paragrafo 3 - Requisiti e assenza dei</w:t>
      </w:r>
      <w:r w:rsidRPr="00DF07EC">
        <w:rPr>
          <w:b/>
          <w:sz w:val="22"/>
        </w:rPr>
        <w:t xml:space="preserve"> motivi di esclusione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a) di essere abilitato all'esercizio della professione di □ istruttore di guida □ insegnante di teoria di autoscuola, ai sensi rispettivamente dell'art. 8 e dell'art. 3 del D.M. 26 gennaio 2011, n. 17, come modificato dal D.M. 1° febb</w:t>
      </w:r>
      <w:r w:rsidRPr="00DF07EC">
        <w:rPr>
          <w:sz w:val="22"/>
        </w:rPr>
        <w:t>raio 2024, n. 34, come da attestato n. [____] rilasciato da [____] in data [____];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lastRenderedPageBreak/>
        <w:t xml:space="preserve">b) di essere in possesso dei requisiti di cui, rispettivamente, all'art. 6 (istruttore) e/o all'art. 1 (insegnante) del D.M. 17/2011, ivi compreso il possesso di patente di </w:t>
      </w:r>
      <w:r w:rsidRPr="00DF07EC">
        <w:rPr>
          <w:sz w:val="22"/>
        </w:rPr>
        <w:t>guida idonea alla categoria/e per cui si chiede l'iscrizione;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c) di essere in regola con gli obblighi di formazione periodica di cui, rispettivamente, all'art. 9, comma 1 (istruttore) e/o all'art. 4, comma 1 (insegnante), del D.M. 17/2011;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d) che non sussi</w:t>
      </w:r>
      <w:r w:rsidRPr="00DF07EC">
        <w:rPr>
          <w:sz w:val="22"/>
        </w:rPr>
        <w:t>stono, nei propri confronti, le cause di esclusione automatica e non automatica dalla partecipazione alle procedure di affidamento previste dagli articoli 94, 95 e 98 del D.Lgs. 31 marzo 2023, n. 36 (Codice dei contratti pubblici);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e) l'insussistenza di co</w:t>
      </w:r>
      <w:r w:rsidRPr="00DF07EC">
        <w:rPr>
          <w:sz w:val="22"/>
        </w:rPr>
        <w:t>ndizioni di conflitto di interesse, anche potenziale, rispetto alla Committente, anche ai sensi dell'art. 53, comma 14, del D.Lgs. 30 marzo 2001, n. 165, ove applicabile.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b/>
          <w:sz w:val="22"/>
        </w:rPr>
        <w:t>Paragrafo 4 - Altre dichiarazioni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 xml:space="preserve">1. di accettare il Codice di comportamento dei </w:t>
      </w:r>
      <w:r w:rsidRPr="00DF07EC">
        <w:rPr>
          <w:sz w:val="22"/>
        </w:rPr>
        <w:t>dipendenti pubblici approvato con D.P.R. 16 aprile 2013, n. 62, nonché il codice di comportamento adottato da ACIGENOVA SERVICE Srl e pubblicato sul relativo portale “Amministrazione Trasparente”, impegnandosi a divulgarne i contenuti all'interno della pro</w:t>
      </w:r>
      <w:r w:rsidRPr="00DF07EC">
        <w:rPr>
          <w:sz w:val="22"/>
        </w:rPr>
        <w:t>pria organizzazione, ove esistente, durante l'esecuzione dell'incarico;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2. di impegnarsi a comunicare tempestivamente alla Committente ogni variazione rispetto alle dichiarazioni sopra rese;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 xml:space="preserve">3. di aver ricevuto e compreso l'informativa sul trattamento dei </w:t>
      </w:r>
      <w:r w:rsidRPr="00DF07EC">
        <w:rPr>
          <w:sz w:val="22"/>
        </w:rPr>
        <w:t>dati personali di cui al Paragrafo 5;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4. di essere consapevole che l'iscrizione all'elenco non comporta alcun diritto a ottenere affidamenti e che gli affidamenti saranno disposti secondo le modalità di cui al punto 5 dell'avviso pubblico: mediante affidam</w:t>
      </w:r>
      <w:r w:rsidRPr="00DF07EC">
        <w:rPr>
          <w:sz w:val="22"/>
        </w:rPr>
        <w:t>ento diretto, nel rispetto del principio di rotazione di cui all'art. 49 del D.Lgs. 36/2023, ovvero mediante procedura negoziata, senza limiti al numero degli invitati, qualora i profili disponibili risultino superiori alle esigenze della Committente.</w:t>
      </w:r>
    </w:p>
    <w:p w:rsidR="00331426" w:rsidRPr="00DF07EC" w:rsidRDefault="005E0882">
      <w:pPr>
        <w:ind w:firstLine="0"/>
        <w:rPr>
          <w:sz w:val="22"/>
        </w:rPr>
      </w:pPr>
      <w:r w:rsidRPr="00DF07EC">
        <w:rPr>
          <w:b/>
          <w:sz w:val="22"/>
        </w:rPr>
        <w:t>Para</w:t>
      </w:r>
      <w:r w:rsidRPr="00DF07EC">
        <w:rPr>
          <w:b/>
          <w:sz w:val="22"/>
        </w:rPr>
        <w:t>grafo 5 - Informativa sul trattamento dei dati personali (artt. 13-14 Regolamento UE 2016/679)</w:t>
      </w:r>
    </w:p>
    <w:p w:rsidR="00331426" w:rsidRPr="00DF07EC" w:rsidRDefault="005E0882">
      <w:pPr>
        <w:rPr>
          <w:sz w:val="22"/>
        </w:rPr>
      </w:pPr>
      <w:r w:rsidRPr="00DF07EC">
        <w:rPr>
          <w:sz w:val="22"/>
        </w:rPr>
        <w:t>ACIGENOVA SERVICE Srl, in qualità di titolare del trattamento, informa che i dati personali acquisiti con la presente dichiarazione sono trattati, anche con stru</w:t>
      </w:r>
      <w:r w:rsidRPr="00DF07EC">
        <w:rPr>
          <w:sz w:val="22"/>
        </w:rPr>
        <w:t>menti automatizzati, esclusivamente per le finalità connesse alla formazione e gestione degli elenchi di operatori economici e ai successivi affidamenti; il conferimento dei dati è necessario ai fini della partecipazione e il loro mancato conferimento comp</w:t>
      </w:r>
      <w:r w:rsidRPr="00DF07EC">
        <w:rPr>
          <w:sz w:val="22"/>
        </w:rPr>
        <w:t>orta l'impossibilità di dar corso all'iscrizione; i dati potranno essere comunicati a terzi nei soli limiti strettamente necessari alle finalità indicate e potranno venirne a conoscenza il personale della Committente incaricato del procedimento nonché i su</w:t>
      </w:r>
      <w:r w:rsidRPr="00DF07EC">
        <w:rPr>
          <w:sz w:val="22"/>
        </w:rPr>
        <w:t>oi legali; l'interessato può esercitare in ogni momento i diritti di cui agli articoli 15 e seguenti del Regolamento (UE) 2016/679 (accesso, rettifica, cancellazione, limitazione, opposizione, portabilità) rivolgendosi al titolare del trattamento ai recapi</w:t>
      </w:r>
      <w:r w:rsidRPr="00DF07EC">
        <w:rPr>
          <w:sz w:val="22"/>
        </w:rPr>
        <w:t>ti indicati nell'avviso; titolare del trattamento è ACIGENOVA SERVICE Srl, con sede in Genova, Viale Brigate Partigiane n. 1/A.</w:t>
      </w:r>
    </w:p>
    <w:p w:rsidR="00331426" w:rsidRPr="00DF07EC" w:rsidRDefault="00331426">
      <w:pPr>
        <w:ind w:firstLine="0"/>
        <w:rPr>
          <w:sz w:val="22"/>
        </w:rPr>
      </w:pP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lastRenderedPageBreak/>
        <w:t>Si allegano: curriculum vitae in formato europeo, sottoscritto; copia dell'attestato di abilitazione di cui al Paragrafo 3, let</w:t>
      </w:r>
      <w:r w:rsidRPr="00DF07EC">
        <w:rPr>
          <w:sz w:val="22"/>
        </w:rPr>
        <w:t>tera a).</w:t>
      </w:r>
    </w:p>
    <w:p w:rsidR="00331426" w:rsidRPr="00DF07EC" w:rsidRDefault="00331426">
      <w:pPr>
        <w:ind w:firstLine="0"/>
        <w:rPr>
          <w:sz w:val="22"/>
        </w:rPr>
      </w:pPr>
    </w:p>
    <w:p w:rsidR="00331426" w:rsidRPr="00DF07EC" w:rsidRDefault="00331426">
      <w:pPr>
        <w:ind w:firstLine="0"/>
        <w:rPr>
          <w:sz w:val="22"/>
        </w:rPr>
      </w:pPr>
    </w:p>
    <w:p w:rsidR="00331426" w:rsidRPr="00DF07EC" w:rsidRDefault="005E0882">
      <w:pPr>
        <w:ind w:firstLine="0"/>
        <w:rPr>
          <w:sz w:val="22"/>
        </w:rPr>
      </w:pPr>
      <w:r w:rsidRPr="00DF07EC">
        <w:rPr>
          <w:sz w:val="22"/>
        </w:rPr>
        <w:t>Luogo e data _____________________</w:t>
      </w:r>
    </w:p>
    <w:p w:rsidR="00331426" w:rsidRPr="00DF07EC" w:rsidRDefault="00331426">
      <w:pPr>
        <w:ind w:firstLine="0"/>
        <w:rPr>
          <w:sz w:val="22"/>
        </w:rPr>
      </w:pPr>
    </w:p>
    <w:p w:rsidR="00331426" w:rsidRPr="00DF07EC" w:rsidRDefault="005E0882">
      <w:pPr>
        <w:ind w:firstLine="0"/>
        <w:jc w:val="right"/>
        <w:rPr>
          <w:sz w:val="22"/>
        </w:rPr>
      </w:pPr>
      <w:r w:rsidRPr="00DF07EC">
        <w:rPr>
          <w:b/>
          <w:sz w:val="22"/>
        </w:rPr>
        <w:t>FIRMA DIGITALE</w:t>
      </w:r>
    </w:p>
    <w:sectPr w:rsidR="00331426" w:rsidRPr="00DF07EC" w:rsidSect="00034616">
      <w:footerReference w:type="default" r:id="rId8"/>
      <w:pgSz w:w="12240" w:h="15840"/>
      <w:pgMar w:top="1134" w:right="1134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882" w:rsidRDefault="005E0882" w:rsidP="00331426">
      <w:pPr>
        <w:spacing w:before="0" w:after="0" w:line="240" w:lineRule="auto"/>
      </w:pPr>
      <w:r>
        <w:separator/>
      </w:r>
    </w:p>
  </w:endnote>
  <w:endnote w:type="continuationSeparator" w:id="0">
    <w:p w:rsidR="005E0882" w:rsidRDefault="005E0882" w:rsidP="0033142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426" w:rsidRDefault="00331426">
    <w:pPr>
      <w:pStyle w:val="Pidipagina"/>
      <w:spacing w:before="0"/>
      <w:ind w:firstLine="0"/>
      <w:jc w:val="center"/>
    </w:pPr>
    <w:r>
      <w:rPr>
        <w:sz w:val="20"/>
      </w:rPr>
      <w:fldChar w:fldCharType="begin"/>
    </w:r>
    <w:r w:rsidR="005E0882">
      <w:rPr>
        <w:sz w:val="20"/>
      </w:rPr>
      <w:instrText xml:space="preserve"> PAGE </w:instrText>
    </w:r>
    <w:r>
      <w:rPr>
        <w:sz w:val="20"/>
      </w:rPr>
      <w:fldChar w:fldCharType="separate"/>
    </w:r>
    <w:r w:rsidR="00DF07EC">
      <w:rPr>
        <w:noProof/>
        <w:sz w:val="20"/>
      </w:rPr>
      <w:t>3</w:t>
    </w:r>
    <w:r>
      <w:rPr>
        <w:sz w:val="20"/>
      </w:rPr>
      <w:fldChar w:fldCharType="end"/>
    </w:r>
    <w:r w:rsidR="005E0882">
      <w:rPr>
        <w:sz w:val="20"/>
      </w:rPr>
      <w:t xml:space="preserve"> di </w:t>
    </w:r>
    <w:r>
      <w:rPr>
        <w:sz w:val="20"/>
      </w:rPr>
      <w:fldChar w:fldCharType="begin"/>
    </w:r>
    <w:r w:rsidR="005E0882">
      <w:rPr>
        <w:sz w:val="20"/>
      </w:rPr>
      <w:instrText xml:space="preserve"> NUMPAGES </w:instrText>
    </w:r>
    <w:r>
      <w:rPr>
        <w:sz w:val="20"/>
      </w:rPr>
      <w:fldChar w:fldCharType="separate"/>
    </w:r>
    <w:r w:rsidR="00DF07EC">
      <w:rPr>
        <w:noProof/>
        <w:sz w:val="20"/>
      </w:rPr>
      <w:t>3</w:t>
    </w:r>
    <w:r>
      <w:rPr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882" w:rsidRDefault="005E0882" w:rsidP="00331426">
      <w:pPr>
        <w:spacing w:before="0" w:after="0" w:line="240" w:lineRule="auto"/>
      </w:pPr>
      <w:r>
        <w:separator/>
      </w:r>
    </w:p>
  </w:footnote>
  <w:footnote w:type="continuationSeparator" w:id="0">
    <w:p w:rsidR="005E0882" w:rsidRDefault="005E0882" w:rsidP="0033142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331426"/>
    <w:rsid w:val="005E0882"/>
    <w:rsid w:val="00AA1D8D"/>
    <w:rsid w:val="00B47730"/>
    <w:rsid w:val="00CB0664"/>
    <w:rsid w:val="00DF07E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before="120" w:after="120" w:line="360" w:lineRule="exact"/>
      <w:ind w:firstLine="425"/>
      <w:jc w:val="both"/>
    </w:pPr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  <w:ind w:firstLine="425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BAFA8A-C812-4D1C-B7EE-64310C86F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segreteria1</cp:lastModifiedBy>
  <cp:revision>2</cp:revision>
  <dcterms:created xsi:type="dcterms:W3CDTF">2026-10-14T11:53:00Z</dcterms:created>
  <dcterms:modified xsi:type="dcterms:W3CDTF">2026-10-14T11:53:00Z</dcterms:modified>
</cp:coreProperties>
</file>